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הספרותיים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כמו דימוי, מטאפורה והאנשה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של מספר, דובר ונקודת מבט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מבנה השיר ומבנה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זהו את האמצעי האמנותי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מטאפורה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(הקול שמדבר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(יודע מה כל הדמויות חושבות)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(קבוצת טורים מופרדת ברווח)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(שורה אחת בשיר)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הדובר הוא דמות שהמשורר יצר, לא בהכרח הוא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אקספוזיציה היא הפתיחה, לא השיא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 - יש מילת השוואה כמו כמו; מטאפורה - אין מילת השוואה, אומרים שדבר הוא דבר אחר. דוגמאות מקוריות של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דובר מדבר בשיר, מספר מספר סיפור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מטאפורה מקורית ללא מילת השוואה, עם קשר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הבית מארגן את השיר ולעיתים מציג שלב או 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ההתאמה על המסך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הדוגמאות בקול רם ולבקש מהתלמידים למצוא דוגמאות נוספות מהיצירות שלמדו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עבודה בזוגות ולשתף משפטים נבחרים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הספרותיים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מארגז המושגים הספרותיים: איך מזהים דימוי, מטאפורה, האנשה וחזרה, ומה כל מושג תורם ליצירה.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דימוי  ·  מספר  ·  האנשה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זהו את האמצעי האמנותי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"הרוח לחשה סוד לעצים"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"השקט היה כמו שמיכה כבדה"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"הוא ים של כעס"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האנשה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דובר/דוברת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שורה אחת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מספר יודע-כל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קבוצת טורים מופרדת ברווח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יודע מה כל הדמויות חושבות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הקול שמדבר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 בשיר הוא תמיד המשורר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אקספוזיציה היא שיא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הקול שמספר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ב__________ משווים בין שני דברים בעזרת מילה כמו כמו או כ־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נתינת תכונות של אדם לחפץ או לבעל חיים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דימוי למטאפורה, ותנו דוגמה אחת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דובר למספר?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למטאפורה שלא מופיעה בדף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המושגים הספרותיים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