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המושגים הספרותיים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כמו דימוי, מטאפורה והאנשה בדוגמאות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של מספר, דובר ונקודת מבט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מבנה השיר ומבנה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זהו את האמצעי האמנותי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הגזמה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אונומטופאה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(הקול שמדבר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(יודע מה כל הדמויות חושבות)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(קבוצת טורים מופרדת ברווח)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(שורה אחת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(טור שחוזר אחרי כל 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(הבעיה שמניעה את העלילה)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הדובר הוא דמות שהמשורר יצר, לא בהכרח הוא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במטאפורה אומרים שדבר אחד הוא דבר אחר, בלי מילת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אקספוזיציה היא הפתיחה, לא השיא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מילה שחוזרת מדגישה את הרעיון ונותנת קצב לשיר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ניגוד מציג שני דברים מנוגדים כמו אור וחושך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המושג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שיא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דימוי - יש מילת השוואה כמו כמו; מטאפורה - אין מילת השוואה, אומרים שדבר הוא דבר אחר. דוגמאות מקוריות של התלמיד/ה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שהמשפט הראשון כולל מילת השוואה (דימוי) והשני כולל השוואה ישירה בלי מילת השוואה (מטאפורה), ושיש קשר הגיוני בין המתואר למדומה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דובר מדבר בשיר, מספר מספר סיפור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מטאפורה מקורית ללא מילת השוואה, עם קשר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הבית מארגן את השיר ולעיתים מציג שלב או 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ההתאמה על המסך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הדוגמאות בקול רם ולבקש מהתלמידים למצוא דוגמאות נוספות מהיצירות שלמדו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עבודה בזוגות ולשתף משפטים נבחרים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המושגים הספרותיים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בספרות: דימוי, מטאפורה, האנשה ועוד. נלמד מה כל מילה אומרת.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דובר/דוברת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הקול שמדבר בשיר, לא תמיד המשורר 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מספר/מספרת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הקול שמספר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עם מילה כמו כמו או כ־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בלי מילת דימוי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נתינת תכונות אדם לחפץ או לבעל 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שחוזרת כמה פעמים ביצירה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טורים בשיר שמופרדת ברווח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האירועים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זהו את האמצעי האמנותי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 למשפט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יש כאן מילת השוואה - איזה אמצעי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אוקסימורון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אין כאן מילת השוואה -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זה תיאור מוגזם בכוונה -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שני דברים הפוכים זה ליד זה -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אוקסימורון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המילים מחקות קול -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אונומטופאה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דובר/דוברת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שורה אחת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מספר יודע-כל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הקול שמדבר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יודע מה כל הדמויות חושבות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קבוצת טורים מופרדת ברווח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פזמון חוזר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הבעיה שמניעה את העלילה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סיבוך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טור שחוזר אחרי כל 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בשיר הוא תמיד המשורר 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מטאפורה היא השוואה בלי מילת דימוי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אקספוזיציה היא שיא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יוצרת מקצב ומדגישה רעיון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ניגוד הוא הצבת שני דברים הפוכים זה לצד 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המושג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הקול שמספר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ב__________ משווים בין שני דברים בעזרת מילה כמו כמו או כ־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אומרים שדבר אחד הוא דבר אחר, בלי מילת השוואה, זו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נתינת תכונות של אדם לחפץ או לבעל חיים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קבוצת טורים בשיר שמופרדת ברווח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הרגע המתוח ביותר בעלילה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דימוי למטאפורה, ותנו דוגמה אחת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על נושא לבחירתכם (למשל בוקר, חברות, פחד) - משפט אחד עם דימוי ומשפט אחד עם מטאפורה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דובר למספר?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למטאפורה שלא מופיעה בדף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הבית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המושגים הספרותיים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