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הספרותיים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מטאפורה והאנשה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מספר, דובר ונקודת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מבנה השיר ומבנה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זהו את האמצעי האמנותי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אונומטופאה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(הקול שמדבר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(יודע מה כל הדמויות חושבות)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(קבוצת טורים מופרדת ברווח)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(שורה אחת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(טור שחוזר אחרי כל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(הבעיה שמניעה את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הוא דמות שהמשורר יצר, לא בהכרח הוא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במטאפורה אומרים שדבר אחד הוא דבר אחר,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אקספוזיציה היא הפתיחה, לא השיא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מילה שחוזרת מדגישה את הרעיון ונותנת קצב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ניגוד מציג שני דברים מנוגדים כמו אור וחושך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 - יש מילת השוואה כמו כמו; מטאפורה - אין מילת השוואה, אומרים שדבר הוא דבר אחר. דוגמאות מקוריות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שהמשפט הראשון כולל מילת השוואה (דימוי) והשני כולל השוואה ישירה בלי מילת השוואה (מטאפורה), ושיש קשר הגיוני בין המתואר למדומה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 מדבר בשיר, מספר מספר סיפור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מטאפורה מקורית ללא מילת השוואה, עם קשר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הבית מארגן את השיר ולעיתים מציג שלב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ההתאמה על 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הדוגמאות בקול רם ולבקש מהתלמידים למצוא דוגמאות נוספות מהיצירות שלמדו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ולשתף משפטים נבחרים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הספרותיים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מארגז המושגים הספרותיים: איך מזהים דימוי, מטאפורה, האנשה וחזרה, ומה כל מושג תורם ליצירה.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זהו את האמצעי האמנותי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"הרוח לחשה סוד לעצים"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"השקט היה כמו שמיכה כבדה"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"הוא ים של כעס"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"חיכיתי מיליון שנה לאוטובוס"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"בחוץ שמש, בלב שלה חורף"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"טיק טק, ופתאום בום!"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אונומטופאה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דובר/דוברת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הבעיה שמניעה את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יודע-כל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הקול שמדבר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שורה אחת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טור שחוזר אחרי כל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פזמון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יודע מה כל הדמויות חושבות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קבוצת טורים מופרדת ברווח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תמיד המשורר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היא השוואה בלי מילת דימוי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היא שיא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יוצרת מקצב ומדגישה רעיון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הוא הצבת שני דברים הפוכים זה לצד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הקול שמספר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משווים בין שני דברים בעזרת מילה כמו כמו או כ־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אומרים שדבר אחד הוא דבר אחר, בלי מילת השוואה,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נתינת תכונות של אדם לחפץ או לבעל חיים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טורים בשיר שמופרדת ברווח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הרגע המתוח ביותר בעלילה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דימוי למטאפורה, ותנו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נושא לבחירתכם (למשל בוקר, חברות, פחד) - משפט אחד עם דימוי ומשפט אחד עם 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דובר למספר?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למטאפורה שלא מופיעה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הבית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הספרותיים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